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00"/>
      </w:pPr>
      <w:r>
        <w:drawing>
          <wp:inline xmlns:a="http://schemas.openxmlformats.org/drawingml/2006/main" xmlns:pic="http://schemas.openxmlformats.org/drawingml/2006/picture">
            <wp:extent cx="2176272" cy="62310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000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76272" cy="6231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Arial" w:hAnsi="Arial" w:eastAsia="Arial"/>
          <w:b/>
          <w:color w:val="000000"/>
          <w:sz w:val="22"/>
        </w:rPr>
        <w:t>APPLICATION FORM</w:t>
      </w:r>
    </w:p>
    <w:p>
      <w:pPr>
        <w:spacing w:after="260"/>
        <w:jc w:val="center"/>
      </w:pPr>
      <w:r>
        <w:rPr>
          <w:rFonts w:ascii="Arial" w:hAnsi="Arial" w:eastAsia="Arial"/>
          <w:b/>
          <w:color w:val="000000"/>
          <w:sz w:val="22"/>
        </w:rPr>
        <w:t>FINANCE ASSISTANT</w:t>
      </w:r>
    </w:p>
    <w:p>
      <w:pPr>
        <w:spacing w:before="0" w:after="240"/>
      </w:pPr>
      <w:r>
        <w:rPr>
          <w:rFonts w:ascii="Arial" w:hAnsi="Arial" w:eastAsia="Arial"/>
          <w:b/>
          <w:color w:val="000000"/>
          <w:sz w:val="22"/>
        </w:rPr>
        <w:t>SECTION 1: APPLICANT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4507"/>
        <w:gridCol w:w="4507"/>
      </w:tblGrid>
      <w:tr>
        <w:trPr>
          <w:trHeight w:val="576" w:hRule="atLeast"/>
        </w:trPr>
        <w:tc>
          <w:tcPr>
            <w:tcW w:type="dxa" w:w="2476"/>
            <w:vAlign w:val="top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Name:</w:t>
            </w:r>
          </w:p>
        </w:tc>
        <w:tc>
          <w:tcPr>
            <w:tcW w:type="dxa" w:w="6739"/>
          </w:tcPr>
          <w:p/>
        </w:tc>
      </w:tr>
      <w:tr>
        <w:trPr>
          <w:trHeight w:val="748" w:hRule="atLeast"/>
        </w:trPr>
        <w:tc>
          <w:tcPr>
            <w:tcW w:type="dxa" w:w="2476"/>
            <w:vAlign w:val="top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Name you like to be</w:t>
              <w:br/>
              <w:t>known as:</w:t>
            </w:r>
          </w:p>
        </w:tc>
        <w:tc>
          <w:tcPr>
            <w:tcW w:type="dxa" w:w="6739"/>
          </w:tcPr>
          <w:p/>
        </w:tc>
      </w:tr>
      <w:tr>
        <w:trPr>
          <w:trHeight w:val="576" w:hRule="atLeast"/>
        </w:trPr>
        <w:tc>
          <w:tcPr>
            <w:tcW w:type="dxa" w:w="2476"/>
            <w:vAlign w:val="top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Preferred pronouns</w:t>
            </w:r>
          </w:p>
        </w:tc>
        <w:tc>
          <w:tcPr>
            <w:tcW w:type="dxa" w:w="6739"/>
          </w:tcPr>
          <w:p/>
        </w:tc>
      </w:tr>
      <w:tr>
        <w:trPr>
          <w:trHeight w:val="748" w:hRule="atLeast"/>
        </w:trPr>
        <w:tc>
          <w:tcPr>
            <w:tcW w:type="dxa" w:w="2476"/>
            <w:vAlign w:val="top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Address:</w:t>
            </w:r>
          </w:p>
        </w:tc>
        <w:tc>
          <w:tcPr>
            <w:tcW w:type="dxa" w:w="6739"/>
          </w:tcPr>
          <w:p/>
        </w:tc>
      </w:tr>
      <w:tr>
        <w:trPr>
          <w:trHeight w:val="518" w:hRule="atLeast"/>
        </w:trPr>
        <w:tc>
          <w:tcPr>
            <w:tcW w:type="dxa" w:w="2476"/>
            <w:vAlign w:val="top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Mobile number:</w:t>
            </w:r>
          </w:p>
        </w:tc>
        <w:tc>
          <w:tcPr>
            <w:tcW w:type="dxa" w:w="6739"/>
          </w:tcPr>
          <w:p/>
        </w:tc>
      </w:tr>
      <w:tr>
        <w:trPr>
          <w:trHeight w:val="518" w:hRule="atLeast"/>
        </w:trPr>
        <w:tc>
          <w:tcPr>
            <w:tcW w:type="dxa" w:w="2476"/>
            <w:vAlign w:val="top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Home telephone:</w:t>
            </w:r>
          </w:p>
        </w:tc>
        <w:tc>
          <w:tcPr>
            <w:tcW w:type="dxa" w:w="6739"/>
          </w:tcPr>
          <w:p/>
        </w:tc>
      </w:tr>
      <w:tr>
        <w:trPr>
          <w:trHeight w:val="518" w:hRule="atLeast"/>
        </w:trPr>
        <w:tc>
          <w:tcPr>
            <w:tcW w:type="dxa" w:w="2476"/>
            <w:vAlign w:val="top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Email address:</w:t>
            </w:r>
          </w:p>
        </w:tc>
        <w:tc>
          <w:tcPr>
            <w:tcW w:type="dxa" w:w="6739"/>
          </w:tcPr>
          <w:p/>
        </w:tc>
      </w:tr>
    </w:tbl>
    <w:p>
      <w:pPr>
        <w:spacing w:after="14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9014"/>
      </w:tblGrid>
      <w:tr>
        <w:trPr>
          <w:trHeight w:val="633" w:hRule="atLeast"/>
        </w:trPr>
        <w:tc>
          <w:tcPr>
            <w:tcW w:type="dxa" w:w="9014"/>
            <w:vAlign w:val="top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21"/>
              </w:rPr>
              <w:t>Are you legally eligible for employment in the UK?</w:t>
            </w:r>
          </w:p>
        </w:tc>
      </w:tr>
      <w:tr>
        <w:trPr>
          <w:trHeight w:val="633" w:hRule="atLeast"/>
        </w:trPr>
        <w:tc>
          <w:tcPr>
            <w:tcW w:type="dxa" w:w="9014"/>
            <w:vAlign w:val="top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21"/>
              </w:rPr>
              <w:t>How did you hear about this vacancy?</w:t>
            </w:r>
          </w:p>
        </w:tc>
      </w:tr>
      <w:tr>
        <w:trPr>
          <w:trHeight w:val="633" w:hRule="atLeast"/>
        </w:trPr>
        <w:tc>
          <w:tcPr>
            <w:tcW w:type="dxa" w:w="9014"/>
            <w:vAlign w:val="top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21"/>
              </w:rPr>
              <w:t>What is your notice period / earliest availability to take up a new position?</w:t>
            </w:r>
          </w:p>
        </w:tc>
      </w:tr>
    </w:tbl>
    <w:p>
      <w:pPr>
        <w:spacing w:before="160" w:after="160"/>
      </w:pPr>
      <w:r>
        <w:rPr>
          <w:rFonts w:ascii="Arial" w:hAnsi="Arial" w:eastAsia="Arial"/>
          <w:b/>
          <w:color w:val="000000"/>
          <w:sz w:val="22"/>
        </w:rPr>
        <w:t>SECTION 2: DECLARATION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9014"/>
      </w:tblGrid>
      <w:tr>
        <w:trPr>
          <w:trHeight w:val="1728" w:hRule="atLeast"/>
        </w:trPr>
        <w:tc>
          <w:tcPr>
            <w:tcW w:type="dxa" w:w="9014"/>
            <w:tcMar>
              <w:top w:w="40" w:type="dxa"/>
              <w:start w:w="20" w:type="dxa"/>
              <w:bottom w:w="20" w:type="dxa"/>
              <w:end w:w="20" w:type="dxa"/>
            </w:tcMar>
          </w:tcPr>
          <w:p>
            <w:r>
              <w:rPr>
                <w:rFonts w:ascii="Arial" w:hAnsi="Arial" w:eastAsia="Arial"/>
                <w:b w:val="0"/>
                <w:color w:val="000000"/>
                <w:sz w:val="21"/>
              </w:rPr>
              <w:t>Please sign below to indicate that you are providing full and accurate information in your</w:t>
              <w:br/>
              <w:t>application, your CV and any subsequent interview; and that you understand that withholding</w:t>
              <w:br/>
              <w:t>or misrepresenting information may be grounds for dismissal.</w:t>
            </w:r>
            <w:r>
              <w:br/>
              <w:br/>
            </w:r>
            <w:r>
              <w:rPr>
                <w:rFonts w:ascii="Arial" w:hAnsi="Arial" w:eastAsia="Arial"/>
                <w:b w:val="0"/>
                <w:color w:val="000000"/>
                <w:sz w:val="21"/>
              </w:rPr>
              <w:t>Signature:                                      Date:</w:t>
            </w:r>
          </w:p>
        </w:tc>
      </w:tr>
      <w:tr>
        <w:trPr>
          <w:trHeight w:val="1123" w:hRule="atLeast"/>
        </w:trPr>
        <w:tc>
          <w:tcPr>
            <w:tcW w:type="dxa" w:w="9014"/>
            <w:shd w:fill="D9D9D9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000000"/>
                <w:sz w:val="21"/>
              </w:rPr>
              <w:t>(FOR OFFICE USE ONLY)</w:t>
              <w:br/>
              <w:br/>
              <w:t>DATE RECEIVED:</w:t>
              <w:br/>
              <w:t>DATE OF INITIAL RESPONSE:</w:t>
            </w:r>
          </w:p>
        </w:tc>
      </w:tr>
    </w:tbl>
    <w:p>
      <w:pPr>
        <w:sectPr>
          <w:footerReference w:type="default" r:id="rId9"/>
          <w:pgSz w:w="11906" w:h="16838"/>
          <w:pgMar w:top="709" w:right="1446" w:bottom="822" w:left="1446" w:header="227" w:footer="283" w:gutter="0"/>
          <w:cols w:space="720"/>
          <w:docGrid w:linePitch="360"/>
        </w:sectPr>
      </w:pPr>
    </w:p>
    <w:p>
      <w:pPr>
        <w:spacing w:before="0" w:after="360"/>
      </w:pPr>
      <w:r>
        <w:rPr>
          <w:rFonts w:ascii="Arial" w:hAnsi="Arial" w:eastAsia="Arial"/>
          <w:b/>
          <w:color w:val="000000"/>
          <w:sz w:val="22"/>
        </w:rPr>
        <w:t>SECTION 3: PERSONAL STATEMENT</w:t>
      </w:r>
    </w:p>
    <w:p>
      <w:pPr>
        <w:spacing w:before="0" w:after="280"/>
      </w:pPr>
      <w:r>
        <w:rPr>
          <w:rFonts w:ascii="Arial" w:hAnsi="Arial" w:eastAsia="Arial"/>
          <w:b/>
          <w:color w:val="000000"/>
          <w:sz w:val="21"/>
        </w:rPr>
        <w:t>WE’D LIKE YOU TO PROVIDE A PERSONAL STATEMENT ABOUT WHY YOU ARE</w:t>
        <w:br/>
        <w:t>INTERESTED IN BEING THE FINANCE ASSISTANT AND WHAT YOU FEEL YOU CAN</w:t>
        <w:br/>
        <w:t>BRING TO THE ROLE.</w:t>
      </w:r>
    </w:p>
    <w:p>
      <w:pPr>
        <w:spacing w:before="0" w:after="0"/>
      </w:pPr>
      <w:r>
        <w:rPr>
          <w:rFonts w:ascii="Arial" w:hAnsi="Arial" w:eastAsia="Arial"/>
          <w:b/>
          <w:color w:val="000000"/>
          <w:sz w:val="21"/>
        </w:rPr>
        <w:t>YOU ARE INVITED TO RESPOND EITHER IN WRITING USING NO MORE THAN 1000</w:t>
        <w:br/>
        <w:t>WORDS OR WITH A 2 MINUTE VIDEO/SOUND FILE.</w:t>
      </w:r>
    </w:p>
    <w:p>
      <w:pPr>
        <w:sectPr>
          <w:footerReference w:type="default" r:id="rId11"/>
          <w:pgSz w:w="11906" w:h="16838"/>
          <w:pgMar w:top="709" w:right="1446" w:bottom="822" w:left="1446" w:header="227" w:footer="283" w:gutter="0"/>
          <w:cols w:space="720"/>
          <w:docGrid w:linePitch="360"/>
        </w:sectPr>
      </w:pPr>
    </w:p>
    <w:p>
      <w:pPr>
        <w:spacing w:before="0" w:after="140"/>
      </w:pPr>
      <w:r>
        <w:drawing>
          <wp:inline xmlns:a="http://schemas.openxmlformats.org/drawingml/2006/main" xmlns:pic="http://schemas.openxmlformats.org/drawingml/2006/picture">
            <wp:extent cx="2176272" cy="62310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000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76272" cy="6231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80"/>
      </w:pPr>
      <w:r>
        <w:rPr>
          <w:rFonts w:ascii="Arial" w:hAnsi="Arial" w:eastAsia="Arial"/>
          <w:b/>
          <w:color w:val="000000"/>
          <w:sz w:val="22"/>
        </w:rPr>
        <w:t>SECTION 4: REFERENCES</w:t>
      </w:r>
    </w:p>
    <w:p>
      <w:pPr>
        <w:spacing w:after="480"/>
      </w:pPr>
      <w:r>
        <w:rPr>
          <w:rFonts w:ascii="Arial" w:hAnsi="Arial" w:eastAsia="Arial"/>
          <w:b w:val="0"/>
          <w:color w:val="000000"/>
          <w:sz w:val="21"/>
        </w:rPr>
        <w:t>Please provide details of two referees, one of whom is your current or most recent employer</w:t>
        <w:br/>
        <w:t>(or key client if freelance) and indicate at which stage you consent for these references to be</w:t>
        <w:br/>
        <w:t>taken up. If you are shortlisted for an interview, we would like to take up as many references</w:t>
        <w:br/>
        <w:t>as possible before interview.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4507"/>
        <w:gridCol w:w="4507"/>
      </w:tblGrid>
      <w:tr>
        <w:trPr>
          <w:trHeight w:val="691" w:hRule="atLeast"/>
        </w:trPr>
        <w:tc>
          <w:tcPr>
            <w:tcW w:type="dxa" w:w="4608"/>
            <w:vAlign w:val="top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Name:</w:t>
            </w:r>
          </w:p>
        </w:tc>
        <w:tc>
          <w:tcPr>
            <w:tcW w:type="dxa" w:w="4896"/>
            <w:vAlign w:val="top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Relationship to you:</w:t>
            </w:r>
          </w:p>
        </w:tc>
      </w:tr>
      <w:tr>
        <w:trPr>
          <w:trHeight w:val="691" w:hRule="atLeast"/>
        </w:trPr>
        <w:tc>
          <w:tcPr>
            <w:tcW w:type="dxa" w:w="4608"/>
            <w:vAlign w:val="top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21"/>
              </w:rPr>
              <w:t>Organisation:</w:t>
            </w:r>
          </w:p>
        </w:tc>
        <w:tc>
          <w:tcPr>
            <w:tcW w:type="dxa" w:w="4896"/>
            <w:vAlign w:val="top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21"/>
              </w:rPr>
              <w:t>Contact number:</w:t>
            </w:r>
          </w:p>
        </w:tc>
      </w:tr>
      <w:tr>
        <w:trPr>
          <w:trHeight w:val="1267" w:hRule="atLeast"/>
        </w:trPr>
        <w:tc>
          <w:tcPr>
            <w:tcW w:type="dxa" w:w="4608"/>
            <w:vAlign w:val="top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21"/>
              </w:rPr>
              <w:t>Email address:</w:t>
            </w:r>
          </w:p>
        </w:tc>
        <w:tc>
          <w:tcPr>
            <w:tcW w:type="dxa" w:w="4896"/>
            <w:vAlign w:val="top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21"/>
              </w:rPr>
              <w:t>□ contact at any point</w:t>
              <w:br/>
              <w:t>□ contact on offer of first round interview</w:t>
              <w:br/>
              <w:t>□ contact on offer of second round interview</w:t>
              <w:br/>
              <w:t>□ contact only on offer of employment</w:t>
            </w:r>
          </w:p>
        </w:tc>
      </w:tr>
    </w:tbl>
    <w:p>
      <w:pPr>
        <w:spacing w:after="20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4507"/>
        <w:gridCol w:w="4507"/>
      </w:tblGrid>
      <w:tr>
        <w:trPr>
          <w:trHeight w:val="691" w:hRule="atLeast"/>
        </w:trPr>
        <w:tc>
          <w:tcPr>
            <w:tcW w:type="dxa" w:w="4608"/>
            <w:vAlign w:val="top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Name:</w:t>
            </w:r>
          </w:p>
        </w:tc>
        <w:tc>
          <w:tcPr>
            <w:tcW w:type="dxa" w:w="4896"/>
            <w:vAlign w:val="top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Relationship to you:</w:t>
            </w:r>
          </w:p>
        </w:tc>
      </w:tr>
      <w:tr>
        <w:trPr>
          <w:trHeight w:val="691" w:hRule="atLeast"/>
        </w:trPr>
        <w:tc>
          <w:tcPr>
            <w:tcW w:type="dxa" w:w="4608"/>
            <w:vAlign w:val="top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21"/>
              </w:rPr>
              <w:t>Organisation if relevant:</w:t>
            </w:r>
          </w:p>
        </w:tc>
        <w:tc>
          <w:tcPr>
            <w:tcW w:type="dxa" w:w="4896"/>
            <w:vAlign w:val="top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21"/>
              </w:rPr>
              <w:t>Contact numbers:</w:t>
            </w:r>
          </w:p>
        </w:tc>
      </w:tr>
      <w:tr>
        <w:trPr>
          <w:trHeight w:val="1267" w:hRule="atLeast"/>
        </w:trPr>
        <w:tc>
          <w:tcPr>
            <w:tcW w:type="dxa" w:w="4608"/>
            <w:vAlign w:val="top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21"/>
              </w:rPr>
              <w:t>Email address:</w:t>
            </w:r>
          </w:p>
        </w:tc>
        <w:tc>
          <w:tcPr>
            <w:tcW w:type="dxa" w:w="4896"/>
            <w:vAlign w:val="top"/>
            <w:tcMar>
              <w:top w:w="40" w:type="dxa"/>
              <w:start w:w="80" w:type="dxa"/>
              <w:bottom w:w="4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21"/>
              </w:rPr>
              <w:t>□ contact at any point</w:t>
              <w:br/>
              <w:t>□ contact on offer of first round interview</w:t>
              <w:br/>
              <w:t>□ contact on offer of second round interview</w:t>
              <w:br/>
              <w:t>□ contact only on offer of employment</w:t>
            </w:r>
          </w:p>
        </w:tc>
      </w:tr>
    </w:tbl>
    <w:sectPr w:rsidR="00FC693F" w:rsidRPr="0006063C" w:rsidSect="00034616">
      <w:footerReference w:type="default" r:id="rId12"/>
      <w:pgSz w:w="11906" w:h="16838"/>
      <w:pgMar w:top="709" w:right="1446" w:bottom="822" w:left="1446" w:header="227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7632"/>
      <w:gridCol w:w="1728"/>
    </w:tblGrid>
    <w:tr>
      <w:tc>
        <w:tcPr>
          <w:tcW w:type="dxa" w:w="4680"/>
        </w:tcPr>
        <w:p>
          <w:r>
            <w:rPr>
              <w:rFonts w:ascii="Arial" w:hAnsi="Arial" w:eastAsia="Arial"/>
              <w:b w:val="0"/>
              <w:color w:val="000000"/>
              <w:sz w:val="17"/>
            </w:rPr>
            <w:t>Finance Assistant</w:t>
            <w:br/>
            <w:t>September 2026</w:t>
          </w:r>
        </w:p>
      </w:tc>
      <w:tc>
        <w:tcPr>
          <w:tcW w:type="dxa" w:w="4680"/>
        </w:tcPr>
        <w:p>
          <w:pPr>
            <w:jc w:val="right"/>
          </w:pPr>
          <w:r>
            <w:rPr>
              <w:rFonts w:ascii="Arial" w:hAnsi="Arial" w:eastAsia="Arial"/>
              <w:b w:val="0"/>
              <w:color w:val="000000"/>
              <w:sz w:val="17"/>
            </w:rPr>
            <w:t>P a g e | 1</w:t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7632"/>
      <w:gridCol w:w="1728"/>
    </w:tblGrid>
    <w:tr>
      <w:tc>
        <w:tcPr>
          <w:tcW w:type="dxa" w:w="4680"/>
        </w:tcPr>
        <w:p/>
      </w:tc>
      <w:tc>
        <w:tcPr>
          <w:tcW w:type="dxa" w:w="4680"/>
        </w:tcPr>
        <w:p>
          <w:pPr>
            <w:jc w:val="right"/>
          </w:pPr>
          <w:r>
            <w:rPr>
              <w:rFonts w:ascii="Arial" w:hAnsi="Arial" w:eastAsia="Arial"/>
              <w:b w:val="0"/>
              <w:color w:val="000000"/>
              <w:sz w:val="17"/>
            </w:rPr>
            <w:t>P a g e | 2</w:t>
          </w:r>
        </w:p>
      </w:tc>
    </w:tr>
  </w:tbl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7632"/>
      <w:gridCol w:w="1728"/>
    </w:tblGrid>
    <w:tr>
      <w:tc>
        <w:tcPr>
          <w:tcW w:type="dxa" w:w="4680"/>
        </w:tcPr>
        <w:p>
          <w:r>
            <w:rPr>
              <w:rFonts w:ascii="Arial" w:hAnsi="Arial" w:eastAsia="Arial"/>
              <w:b w:val="0"/>
              <w:color w:val="000000"/>
              <w:sz w:val="17"/>
            </w:rPr>
            <w:t>Finance Assistant</w:t>
            <w:br/>
            <w:t>September 2026</w:t>
          </w:r>
        </w:p>
      </w:tc>
      <w:tc>
        <w:tcPr>
          <w:tcW w:type="dxa" w:w="4680"/>
        </w:tcPr>
        <w:p>
          <w:pPr>
            <w:jc w:val="right"/>
          </w:pPr>
          <w:r>
            <w:rPr>
              <w:rFonts w:ascii="Arial" w:hAnsi="Arial" w:eastAsia="Arial"/>
              <w:b w:val="0"/>
              <w:color w:val="000000"/>
              <w:sz w:val="17"/>
            </w:rPr>
            <w:t>P a g e | 3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footer" Target="footer2.xml"/><Relationship Id="rId1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